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26"/>
        </w:rPr>
        <w:t>СОГЛАСИЕ</w:t>
      </w:r>
    </w:p>
    <w:p>
      <w:pPr>
        <w:spacing w:after="200"/>
        <w:jc w:val="center"/>
      </w:pPr>
      <w:r>
        <w:rPr>
          <w:b/>
          <w:i w:val="0"/>
          <w:sz w:val="24"/>
        </w:rPr>
        <w:t>на обработку персональных данных</w:t>
      </w:r>
    </w:p>
    <w:p>
      <w:pPr>
        <w:spacing w:after="0" w:before="80"/>
      </w:pPr>
      <w:r>
        <w:rPr>
          <w:b w:val="0"/>
          <w:i w:val="0"/>
        </w:rPr>
        <w:t>Я, ______________________________________________________________________,</w:t>
      </w:r>
    </w:p>
    <w:p>
      <w:pPr>
        <w:spacing w:after="80"/>
        <w:jc w:val="center"/>
      </w:pPr>
      <w:r>
        <w:rPr>
          <w:b w:val="0"/>
          <w:i/>
          <w:sz w:val="16"/>
        </w:rPr>
        <w:t>(фамилия, имя, отчество полностью)</w:t>
      </w:r>
    </w:p>
    <w:p>
      <w:pPr>
        <w:spacing w:after="0" w:before="80"/>
      </w:pPr>
      <w:r>
        <w:rPr>
          <w:b w:val="0"/>
          <w:i w:val="0"/>
        </w:rPr>
        <w:t>паспорт: серия ________ № ____________, выдан ______________________________________________</w:t>
      </w:r>
    </w:p>
    <w:p>
      <w:pPr>
        <w:spacing w:after="80"/>
        <w:jc w:val="center"/>
      </w:pPr>
      <w:r>
        <w:rPr>
          <w:b w:val="0"/>
          <w:i/>
          <w:sz w:val="16"/>
        </w:rPr>
        <w:t>(кем и когда выдан)</w:t>
      </w:r>
    </w:p>
    <w:p>
      <w:pPr>
        <w:spacing w:after="0" w:before="80"/>
      </w:pPr>
      <w:r>
        <w:rPr>
          <w:b w:val="0"/>
          <w:i w:val="0"/>
        </w:rPr>
        <w:t>зарегистрирован(а) по адресу: ____________________________________________________________,</w:t>
      </w:r>
    </w:p>
    <w:p>
      <w:pPr>
        <w:spacing w:after="120" w:before="120"/>
        <w:jc w:val="both"/>
      </w:pPr>
      <w:r>
        <w:rPr>
          <w:b w:val="0"/>
          <w:i w:val="0"/>
        </w:rPr>
        <w:t>в соответствии со статьёй 9 Федерального закона от 27.07.2006 № 152-ФЗ «О персональных данных», действуя свободно, своей волей и в своём интересе, даю согласие Обществу с ограниченной ответственностью «Интегро» (ОГРН 1164401055378, ИНН 4401172452, адрес: 156014, Костромская область, г. Кострома, ул. Димитрова, д. 36) (далее — Оператор) на обработку моих персональных данных на следующих условиях:</w:t>
      </w:r>
    </w:p>
    <w:p>
      <w:pPr>
        <w:spacing w:after="80"/>
        <w:ind w:left="0"/>
        <w:jc w:val="both"/>
      </w:pPr>
      <w:r>
        <w:rPr>
          <w:b/>
        </w:rPr>
        <w:t xml:space="preserve">1. Цель обработки: </w:t>
      </w:r>
      <w:r>
        <w:t>регистрация и учёт меня в качестве участника мероприятия «Костромской региональный форум «Беспилотные авиационные системы в образовании»», проводимого 5 ноября 2026 года по адресу: г. Кострома, ул. Юношеская, 1 (бизнес-отель «Волга»); организация моего участия в мероприятии, в том числе допуск на площадку; связь со мной по вопросам проведения мероприятия, направление программы, изменений и материалов мероприятия.</w:t>
      </w:r>
    </w:p>
    <w:p>
      <w:pPr>
        <w:spacing w:after="80"/>
        <w:ind w:left="0"/>
        <w:jc w:val="both"/>
      </w:pPr>
      <w:r>
        <w:rPr>
          <w:b/>
        </w:rPr>
        <w:t xml:space="preserve">2. Перечень персональных данных: </w:t>
      </w:r>
      <w:r>
        <w:t>фамилия, имя, отчество; должность; наименование организации (места работы); адрес электронной почты; номер телефона; населённый пункт (город или муниципальный район); сведения, указанные мной в заявке на участие.</w:t>
      </w:r>
    </w:p>
    <w:p>
      <w:pPr>
        <w:spacing w:after="80"/>
        <w:ind w:left="0"/>
        <w:jc w:val="both"/>
      </w:pPr>
      <w:r>
        <w:rPr>
          <w:b/>
        </w:rPr>
        <w:t xml:space="preserve">3. Перечень действий с персональными данными: </w:t>
      </w:r>
      <w:r>
        <w:t>сбор, запись, систематизация, накопление, хранение, уточнение (обновление, изменение), извлечение, использование, передача (предоставление лицам, указанным в пункте 4), обезличивание, блокирование, удаление, уничтожение.</w:t>
      </w:r>
    </w:p>
    <w:p>
      <w:pPr>
        <w:spacing w:after="80"/>
        <w:ind w:left="0"/>
        <w:jc w:val="both"/>
      </w:pPr>
      <w:r>
        <w:rPr>
          <w:b/>
        </w:rPr>
        <w:t xml:space="preserve">4. Лица, которым могут быть предоставлены персональные данные: </w:t>
      </w:r>
      <w:r>
        <w:t>Федерация гонок дронов Костромской области — соорганизатор мероприятия (формирование списка участников, организация допуска); администрация площадки проведения мероприятия (список участников для организации допуска). По поручению Оператора обработку осуществляет Яндекс 360 для бизнеса (ООО «Яндекс») — почтовый сервис, через который направляются письма участникам. Иным лицам персональные данные не передаются; трансграничная передача и распространение неограниченному кругу лиц не осуществляются.</w:t>
      </w:r>
    </w:p>
    <w:p>
      <w:pPr>
        <w:spacing w:after="80"/>
        <w:ind w:left="0"/>
        <w:jc w:val="both"/>
      </w:pPr>
      <w:r>
        <w:rPr>
          <w:b/>
        </w:rPr>
        <w:t xml:space="preserve">5. Способы обработки: </w:t>
      </w:r>
      <w:r>
        <w:t>смешанная обработка — с использованием средств автоматизации (сайт мероприятия drone-forum.integro44.ru, база данных участников, размещённая на территории Российской Федерации) и без их использования (бумажные списки участников).</w:t>
      </w:r>
    </w:p>
    <w:p>
      <w:pPr>
        <w:spacing w:after="80"/>
        <w:ind w:left="0"/>
        <w:jc w:val="both"/>
      </w:pPr>
      <w:r>
        <w:rPr>
          <w:b/>
        </w:rPr>
        <w:t xml:space="preserve">6. Срок действия согласия: </w:t>
      </w:r>
      <w:r>
        <w:t>в течение одного года после проведения мероприятия, если согласие не будет отозвано ранее. По истечении срока персональные данные уничтожаются.</w:t>
      </w:r>
    </w:p>
    <w:p>
      <w:pPr>
        <w:spacing w:after="80"/>
        <w:ind w:left="0"/>
        <w:jc w:val="both"/>
      </w:pPr>
      <w:r>
        <w:rPr>
          <w:b/>
        </w:rPr>
        <w:t xml:space="preserve">7. Порядок отзыва согласия: </w:t>
      </w:r>
      <w:r>
        <w:t>согласие может быть отозвано мной в любое время путём направления письменного заявления по адресу Оператора или сообщения на адрес электронной почты drone-forum@integro44.ru. Мне известно, что в случае отзыва согласия Оператор прекращает обработку и уничтожает персональные данные в срок, не превышающий 30 дней с момента получения отзыва, а моё участие в мероприятии не может быть подтверждено.</w:t>
      </w:r>
    </w:p>
    <w:p>
      <w:pPr>
        <w:spacing w:after="280" w:before="120"/>
        <w:jc w:val="both"/>
      </w:pPr>
      <w:r>
        <w:rPr>
          <w:b w:val="0"/>
          <w:i w:val="0"/>
        </w:rPr>
        <w:t>Я подтверждаю, что ознакомлен(а) с Политикой в отношении обработки персональных данных Оператора, размещённой на сайте drone-forum.integro44.ru/privacy, и что указанные мной сведения являются достоверными.</w:t>
      </w:r>
    </w:p>
    <w:p>
      <w:pPr>
        <w:spacing w:after="40"/>
      </w:pPr>
      <w:r>
        <w:rPr>
          <w:b w:val="0"/>
          <w:i w:val="0"/>
        </w:rPr>
        <w:t>«____» ____________ 20___ г.</w:t>
      </w:r>
    </w:p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_______________________ / ______________________________ /</w:t>
      </w:r>
    </w:p>
    <w:p>
      <w:pPr>
        <w:spacing w:after="40"/>
      </w:pPr>
      <w:r>
        <w:rPr>
          <w:b w:val="0"/>
          <w:i w:val="0"/>
          <w:sz w:val="18"/>
        </w:rPr>
        <w:t>(подпись)                                  (расшифровка подписи)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